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84215" w14:textId="4633A543" w:rsidR="00425E7B" w:rsidRPr="000728AC" w:rsidRDefault="00000000" w:rsidP="00967135">
      <w:pPr>
        <w:spacing w:after="140"/>
        <w:jc w:val="center"/>
        <w:rPr>
          <w:b/>
          <w:bCs/>
          <w:sz w:val="24"/>
          <w:szCs w:val="24"/>
        </w:rPr>
      </w:pPr>
      <w:r w:rsidRPr="000728AC">
        <w:rPr>
          <w:b/>
          <w:bCs/>
          <w:i/>
          <w:color w:val="333333"/>
          <w:sz w:val="24"/>
          <w:szCs w:val="24"/>
        </w:rPr>
        <w:t xml:space="preserve">Effective as of September </w:t>
      </w:r>
      <w:r w:rsidR="000728AC">
        <w:rPr>
          <w:b/>
          <w:bCs/>
          <w:i/>
          <w:color w:val="333333"/>
          <w:sz w:val="24"/>
          <w:szCs w:val="24"/>
        </w:rPr>
        <w:t>19</w:t>
      </w:r>
      <w:r w:rsidRPr="000728AC">
        <w:rPr>
          <w:b/>
          <w:bCs/>
          <w:i/>
          <w:color w:val="333333"/>
          <w:sz w:val="24"/>
          <w:szCs w:val="24"/>
        </w:rPr>
        <w:t>, 2026</w:t>
      </w:r>
    </w:p>
    <w:p w14:paraId="695BF92B" w14:textId="77777777" w:rsidR="00425E7B" w:rsidRDefault="00000000">
      <w:pPr>
        <w:spacing w:before="120" w:after="60"/>
      </w:pPr>
      <w:r>
        <w:rPr>
          <w:rFonts w:ascii="Aptos Display" w:hAnsi="Aptos Display"/>
          <w:b/>
          <w:color w:val="557A43"/>
          <w:sz w:val="23"/>
        </w:rPr>
        <w:t>From 2016</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672"/>
        <w:gridCol w:w="2376"/>
        <w:gridCol w:w="2304"/>
      </w:tblGrid>
      <w:tr w:rsidR="00425E7B" w14:paraId="58ACFD8C" w14:textId="77777777">
        <w:trPr>
          <w:tblHeader/>
          <w:jc w:val="center"/>
        </w:trPr>
        <w:tc>
          <w:tcPr>
            <w:tcW w:w="1728" w:type="dxa"/>
            <w:shd w:val="clear" w:color="auto" w:fill="557A43"/>
            <w:tcMar>
              <w:top w:w="70" w:type="dxa"/>
              <w:left w:w="100" w:type="dxa"/>
              <w:bottom w:w="70" w:type="dxa"/>
              <w:right w:w="100" w:type="dxa"/>
            </w:tcMar>
            <w:vAlign w:val="center"/>
          </w:tcPr>
          <w:p w14:paraId="0872C2C9" w14:textId="77777777" w:rsidR="00425E7B" w:rsidRDefault="00000000">
            <w:pPr>
              <w:keepLines/>
              <w:spacing w:after="0"/>
            </w:pPr>
            <w:r>
              <w:rPr>
                <w:b/>
                <w:color w:val="FFFFFF"/>
                <w:sz w:val="19"/>
              </w:rPr>
              <w:t>Date</w:t>
            </w:r>
          </w:p>
        </w:tc>
        <w:tc>
          <w:tcPr>
            <w:tcW w:w="3672" w:type="dxa"/>
            <w:shd w:val="clear" w:color="auto" w:fill="557A43"/>
            <w:tcMar>
              <w:top w:w="70" w:type="dxa"/>
              <w:left w:w="100" w:type="dxa"/>
              <w:bottom w:w="70" w:type="dxa"/>
              <w:right w:w="100" w:type="dxa"/>
            </w:tcMar>
            <w:vAlign w:val="center"/>
          </w:tcPr>
          <w:p w14:paraId="35A75C88" w14:textId="77777777" w:rsidR="00425E7B" w:rsidRDefault="00000000">
            <w:pPr>
              <w:keepLines/>
              <w:spacing w:after="0"/>
            </w:pPr>
            <w:r>
              <w:rPr>
                <w:b/>
                <w:color w:val="FFFFFF"/>
                <w:sz w:val="19"/>
              </w:rPr>
              <w:t>Name / Organization</w:t>
            </w:r>
          </w:p>
        </w:tc>
        <w:tc>
          <w:tcPr>
            <w:tcW w:w="2376" w:type="dxa"/>
            <w:shd w:val="clear" w:color="auto" w:fill="557A43"/>
            <w:tcMar>
              <w:top w:w="70" w:type="dxa"/>
              <w:left w:w="100" w:type="dxa"/>
              <w:bottom w:w="70" w:type="dxa"/>
              <w:right w:w="100" w:type="dxa"/>
            </w:tcMar>
            <w:vAlign w:val="center"/>
          </w:tcPr>
          <w:p w14:paraId="70959A21" w14:textId="77777777" w:rsidR="00425E7B" w:rsidRDefault="00000000">
            <w:pPr>
              <w:keepLines/>
              <w:spacing w:after="0"/>
            </w:pPr>
            <w:r>
              <w:rPr>
                <w:b/>
                <w:color w:val="FFFFFF"/>
                <w:sz w:val="19"/>
              </w:rPr>
              <w:t>Association</w:t>
            </w:r>
          </w:p>
        </w:tc>
        <w:tc>
          <w:tcPr>
            <w:tcW w:w="2304" w:type="dxa"/>
            <w:shd w:val="clear" w:color="auto" w:fill="557A43"/>
            <w:tcMar>
              <w:top w:w="70" w:type="dxa"/>
              <w:left w:w="100" w:type="dxa"/>
              <w:bottom w:w="70" w:type="dxa"/>
              <w:right w:w="100" w:type="dxa"/>
            </w:tcMar>
            <w:vAlign w:val="center"/>
          </w:tcPr>
          <w:p w14:paraId="3646E431" w14:textId="77777777" w:rsidR="00425E7B" w:rsidRDefault="00000000">
            <w:pPr>
              <w:keepLines/>
              <w:spacing w:after="0"/>
            </w:pPr>
            <w:r>
              <w:rPr>
                <w:b/>
                <w:color w:val="FFFFFF"/>
                <w:sz w:val="19"/>
              </w:rPr>
              <w:t>Division</w:t>
            </w:r>
          </w:p>
        </w:tc>
      </w:tr>
      <w:tr w:rsidR="00425E7B" w14:paraId="6248CDD3" w14:textId="77777777">
        <w:trPr>
          <w:jc w:val="center"/>
        </w:trPr>
        <w:tc>
          <w:tcPr>
            <w:tcW w:w="1728" w:type="dxa"/>
            <w:tcMar>
              <w:top w:w="70" w:type="dxa"/>
              <w:left w:w="100" w:type="dxa"/>
              <w:bottom w:w="70" w:type="dxa"/>
              <w:right w:w="100" w:type="dxa"/>
            </w:tcMar>
            <w:vAlign w:val="center"/>
          </w:tcPr>
          <w:p w14:paraId="7F87C437" w14:textId="77777777" w:rsidR="00425E7B" w:rsidRDefault="00000000">
            <w:pPr>
              <w:keepLines/>
              <w:spacing w:after="0"/>
            </w:pPr>
            <w:r>
              <w:rPr>
                <w:color w:val="333333"/>
                <w:sz w:val="19"/>
              </w:rPr>
              <w:t>October 31</w:t>
            </w:r>
          </w:p>
        </w:tc>
        <w:tc>
          <w:tcPr>
            <w:tcW w:w="3672" w:type="dxa"/>
            <w:tcMar>
              <w:top w:w="70" w:type="dxa"/>
              <w:left w:w="100" w:type="dxa"/>
              <w:bottom w:w="70" w:type="dxa"/>
              <w:right w:w="100" w:type="dxa"/>
            </w:tcMar>
            <w:vAlign w:val="center"/>
          </w:tcPr>
          <w:p w14:paraId="167F6273" w14:textId="77777777" w:rsidR="00425E7B" w:rsidRDefault="00000000">
            <w:pPr>
              <w:keepLines/>
              <w:spacing w:after="0"/>
            </w:pPr>
            <w:r>
              <w:rPr>
                <w:color w:val="333333"/>
                <w:sz w:val="19"/>
              </w:rPr>
              <w:t>Ottawa Falcons</w:t>
            </w:r>
          </w:p>
        </w:tc>
        <w:tc>
          <w:tcPr>
            <w:tcW w:w="2376" w:type="dxa"/>
            <w:tcMar>
              <w:top w:w="70" w:type="dxa"/>
              <w:left w:w="100" w:type="dxa"/>
              <w:bottom w:w="70" w:type="dxa"/>
              <w:right w:w="100" w:type="dxa"/>
            </w:tcMar>
            <w:vAlign w:val="center"/>
          </w:tcPr>
          <w:p w14:paraId="2FF0A1FB" w14:textId="77777777" w:rsidR="00425E7B" w:rsidRDefault="00000000">
            <w:pPr>
              <w:keepLines/>
              <w:spacing w:after="0"/>
            </w:pPr>
            <w:r>
              <w:rPr>
                <w:color w:val="333333"/>
                <w:sz w:val="19"/>
              </w:rPr>
              <w:t>Ottawa</w:t>
            </w:r>
          </w:p>
        </w:tc>
        <w:tc>
          <w:tcPr>
            <w:tcW w:w="2304" w:type="dxa"/>
            <w:tcMar>
              <w:top w:w="70" w:type="dxa"/>
              <w:left w:w="100" w:type="dxa"/>
              <w:bottom w:w="70" w:type="dxa"/>
              <w:right w:w="100" w:type="dxa"/>
            </w:tcMar>
            <w:vAlign w:val="center"/>
          </w:tcPr>
          <w:p w14:paraId="3D82E99C" w14:textId="77777777" w:rsidR="00425E7B" w:rsidRDefault="00000000">
            <w:pPr>
              <w:keepLines/>
              <w:spacing w:after="0"/>
            </w:pPr>
            <w:r>
              <w:rPr>
                <w:color w:val="333333"/>
                <w:sz w:val="19"/>
              </w:rPr>
              <w:t>Intermediate II</w:t>
            </w:r>
          </w:p>
        </w:tc>
      </w:tr>
    </w:tbl>
    <w:p w14:paraId="1E0D14C9" w14:textId="77777777" w:rsidR="00425E7B" w:rsidRDefault="00425E7B">
      <w:pPr>
        <w:spacing w:before="20" w:after="20"/>
      </w:pPr>
    </w:p>
    <w:p w14:paraId="76E32388" w14:textId="77777777" w:rsidR="00425E7B" w:rsidRDefault="00000000">
      <w:pPr>
        <w:spacing w:before="120" w:after="60"/>
      </w:pPr>
      <w:r>
        <w:rPr>
          <w:rFonts w:ascii="Aptos Display" w:hAnsi="Aptos Display"/>
          <w:b/>
          <w:color w:val="557A43"/>
          <w:sz w:val="23"/>
        </w:rPr>
        <w:t>From 2023</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672"/>
        <w:gridCol w:w="2376"/>
        <w:gridCol w:w="2304"/>
      </w:tblGrid>
      <w:tr w:rsidR="00425E7B" w14:paraId="7462FE98" w14:textId="77777777">
        <w:trPr>
          <w:tblHeader/>
          <w:jc w:val="center"/>
        </w:trPr>
        <w:tc>
          <w:tcPr>
            <w:tcW w:w="1728" w:type="dxa"/>
            <w:shd w:val="clear" w:color="auto" w:fill="557A43"/>
            <w:tcMar>
              <w:top w:w="70" w:type="dxa"/>
              <w:left w:w="100" w:type="dxa"/>
              <w:bottom w:w="70" w:type="dxa"/>
              <w:right w:w="100" w:type="dxa"/>
            </w:tcMar>
            <w:vAlign w:val="center"/>
          </w:tcPr>
          <w:p w14:paraId="02D7014F" w14:textId="77777777" w:rsidR="00425E7B" w:rsidRDefault="00000000">
            <w:pPr>
              <w:keepLines/>
              <w:spacing w:after="0"/>
            </w:pPr>
            <w:r>
              <w:rPr>
                <w:b/>
                <w:color w:val="FFFFFF"/>
                <w:sz w:val="19"/>
              </w:rPr>
              <w:t>Date</w:t>
            </w:r>
          </w:p>
        </w:tc>
        <w:tc>
          <w:tcPr>
            <w:tcW w:w="3672" w:type="dxa"/>
            <w:shd w:val="clear" w:color="auto" w:fill="557A43"/>
            <w:tcMar>
              <w:top w:w="70" w:type="dxa"/>
              <w:left w:w="100" w:type="dxa"/>
              <w:bottom w:w="70" w:type="dxa"/>
              <w:right w:w="100" w:type="dxa"/>
            </w:tcMar>
            <w:vAlign w:val="center"/>
          </w:tcPr>
          <w:p w14:paraId="0D59F291" w14:textId="77777777" w:rsidR="00425E7B" w:rsidRDefault="00000000">
            <w:pPr>
              <w:keepLines/>
              <w:spacing w:after="0"/>
            </w:pPr>
            <w:r>
              <w:rPr>
                <w:b/>
                <w:color w:val="FFFFFF"/>
                <w:sz w:val="19"/>
              </w:rPr>
              <w:t>Name / Organization</w:t>
            </w:r>
          </w:p>
        </w:tc>
        <w:tc>
          <w:tcPr>
            <w:tcW w:w="2376" w:type="dxa"/>
            <w:shd w:val="clear" w:color="auto" w:fill="557A43"/>
            <w:tcMar>
              <w:top w:w="70" w:type="dxa"/>
              <w:left w:w="100" w:type="dxa"/>
              <w:bottom w:w="70" w:type="dxa"/>
              <w:right w:w="100" w:type="dxa"/>
            </w:tcMar>
            <w:vAlign w:val="center"/>
          </w:tcPr>
          <w:p w14:paraId="4EBB675D" w14:textId="77777777" w:rsidR="00425E7B" w:rsidRDefault="00000000">
            <w:pPr>
              <w:keepLines/>
              <w:spacing w:after="0"/>
            </w:pPr>
            <w:r>
              <w:rPr>
                <w:b/>
                <w:color w:val="FFFFFF"/>
                <w:sz w:val="19"/>
              </w:rPr>
              <w:t>Association</w:t>
            </w:r>
          </w:p>
        </w:tc>
        <w:tc>
          <w:tcPr>
            <w:tcW w:w="2304" w:type="dxa"/>
            <w:shd w:val="clear" w:color="auto" w:fill="557A43"/>
            <w:tcMar>
              <w:top w:w="70" w:type="dxa"/>
              <w:left w:w="100" w:type="dxa"/>
              <w:bottom w:w="70" w:type="dxa"/>
              <w:right w:w="100" w:type="dxa"/>
            </w:tcMar>
            <w:vAlign w:val="center"/>
          </w:tcPr>
          <w:p w14:paraId="06793E98" w14:textId="77777777" w:rsidR="00425E7B" w:rsidRDefault="00000000">
            <w:pPr>
              <w:keepLines/>
              <w:spacing w:after="0"/>
            </w:pPr>
            <w:r>
              <w:rPr>
                <w:b/>
                <w:color w:val="FFFFFF"/>
                <w:sz w:val="19"/>
              </w:rPr>
              <w:t>Division</w:t>
            </w:r>
          </w:p>
        </w:tc>
      </w:tr>
      <w:tr w:rsidR="00425E7B" w14:paraId="1153006B" w14:textId="77777777">
        <w:trPr>
          <w:jc w:val="center"/>
        </w:trPr>
        <w:tc>
          <w:tcPr>
            <w:tcW w:w="1728" w:type="dxa"/>
            <w:tcMar>
              <w:top w:w="70" w:type="dxa"/>
              <w:left w:w="100" w:type="dxa"/>
              <w:bottom w:w="70" w:type="dxa"/>
              <w:right w:w="100" w:type="dxa"/>
            </w:tcMar>
            <w:vAlign w:val="center"/>
          </w:tcPr>
          <w:p w14:paraId="14CE01F6" w14:textId="77777777" w:rsidR="00425E7B" w:rsidRDefault="00000000">
            <w:pPr>
              <w:keepLines/>
              <w:spacing w:after="0"/>
            </w:pPr>
            <w:r>
              <w:rPr>
                <w:color w:val="333333"/>
                <w:sz w:val="19"/>
              </w:rPr>
              <w:t>April 17</w:t>
            </w:r>
          </w:p>
        </w:tc>
        <w:tc>
          <w:tcPr>
            <w:tcW w:w="3672" w:type="dxa"/>
            <w:tcMar>
              <w:top w:w="70" w:type="dxa"/>
              <w:left w:w="100" w:type="dxa"/>
              <w:bottom w:w="70" w:type="dxa"/>
              <w:right w:w="100" w:type="dxa"/>
            </w:tcMar>
            <w:vAlign w:val="center"/>
          </w:tcPr>
          <w:p w14:paraId="3E2DEDB2" w14:textId="77777777" w:rsidR="00425E7B" w:rsidRDefault="00000000">
            <w:pPr>
              <w:keepLines/>
              <w:spacing w:after="0"/>
            </w:pPr>
            <w:r>
              <w:rPr>
                <w:color w:val="333333"/>
                <w:sz w:val="19"/>
              </w:rPr>
              <w:t>Stephen Jones</w:t>
            </w:r>
          </w:p>
        </w:tc>
        <w:tc>
          <w:tcPr>
            <w:tcW w:w="2376" w:type="dxa"/>
            <w:tcMar>
              <w:top w:w="70" w:type="dxa"/>
              <w:left w:w="100" w:type="dxa"/>
              <w:bottom w:w="70" w:type="dxa"/>
              <w:right w:w="100" w:type="dxa"/>
            </w:tcMar>
            <w:vAlign w:val="center"/>
          </w:tcPr>
          <w:p w14:paraId="03048967" w14:textId="77777777" w:rsidR="00425E7B" w:rsidRDefault="00000000">
            <w:pPr>
              <w:keepLines/>
              <w:spacing w:after="0"/>
            </w:pPr>
            <w:r>
              <w:rPr>
                <w:color w:val="333333"/>
                <w:sz w:val="19"/>
              </w:rPr>
              <w:t>Kitchener</w:t>
            </w:r>
          </w:p>
        </w:tc>
        <w:tc>
          <w:tcPr>
            <w:tcW w:w="2304" w:type="dxa"/>
            <w:tcMar>
              <w:top w:w="70" w:type="dxa"/>
              <w:left w:w="100" w:type="dxa"/>
              <w:bottom w:w="70" w:type="dxa"/>
              <w:right w:w="100" w:type="dxa"/>
            </w:tcMar>
            <w:vAlign w:val="center"/>
          </w:tcPr>
          <w:p w14:paraId="6017EFAF" w14:textId="77777777" w:rsidR="00425E7B" w:rsidRDefault="00000000">
            <w:pPr>
              <w:keepLines/>
              <w:spacing w:after="0"/>
            </w:pPr>
            <w:r>
              <w:rPr>
                <w:color w:val="333333"/>
                <w:sz w:val="19"/>
              </w:rPr>
              <w:t>U19II</w:t>
            </w:r>
          </w:p>
        </w:tc>
      </w:tr>
    </w:tbl>
    <w:p w14:paraId="3843CC4F" w14:textId="77777777" w:rsidR="00425E7B" w:rsidRDefault="00425E7B">
      <w:pPr>
        <w:spacing w:before="20" w:after="20"/>
      </w:pPr>
    </w:p>
    <w:p w14:paraId="1C01B876" w14:textId="77777777" w:rsidR="00425E7B" w:rsidRDefault="00000000">
      <w:pPr>
        <w:spacing w:before="120" w:after="60"/>
      </w:pPr>
      <w:r>
        <w:rPr>
          <w:rFonts w:ascii="Aptos Display" w:hAnsi="Aptos Display"/>
          <w:b/>
          <w:color w:val="557A43"/>
          <w:sz w:val="23"/>
        </w:rPr>
        <w:t>From 2026</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672"/>
        <w:gridCol w:w="2376"/>
        <w:gridCol w:w="2304"/>
      </w:tblGrid>
      <w:tr w:rsidR="00425E7B" w14:paraId="61F9B4D6" w14:textId="77777777">
        <w:trPr>
          <w:tblHeader/>
          <w:jc w:val="center"/>
        </w:trPr>
        <w:tc>
          <w:tcPr>
            <w:tcW w:w="1728" w:type="dxa"/>
            <w:shd w:val="clear" w:color="auto" w:fill="557A43"/>
            <w:tcMar>
              <w:top w:w="70" w:type="dxa"/>
              <w:left w:w="100" w:type="dxa"/>
              <w:bottom w:w="70" w:type="dxa"/>
              <w:right w:w="100" w:type="dxa"/>
            </w:tcMar>
            <w:vAlign w:val="center"/>
          </w:tcPr>
          <w:p w14:paraId="090E3E78" w14:textId="77777777" w:rsidR="00425E7B" w:rsidRDefault="00000000">
            <w:pPr>
              <w:keepLines/>
              <w:spacing w:after="0"/>
            </w:pPr>
            <w:r>
              <w:rPr>
                <w:b/>
                <w:color w:val="FFFFFF"/>
                <w:sz w:val="19"/>
              </w:rPr>
              <w:t>Date</w:t>
            </w:r>
          </w:p>
        </w:tc>
        <w:tc>
          <w:tcPr>
            <w:tcW w:w="3672" w:type="dxa"/>
            <w:shd w:val="clear" w:color="auto" w:fill="557A43"/>
            <w:tcMar>
              <w:top w:w="70" w:type="dxa"/>
              <w:left w:w="100" w:type="dxa"/>
              <w:bottom w:w="70" w:type="dxa"/>
              <w:right w:w="100" w:type="dxa"/>
            </w:tcMar>
            <w:vAlign w:val="center"/>
          </w:tcPr>
          <w:p w14:paraId="027F2C88" w14:textId="77777777" w:rsidR="00425E7B" w:rsidRDefault="00000000">
            <w:pPr>
              <w:keepLines/>
              <w:spacing w:after="0"/>
            </w:pPr>
            <w:r>
              <w:rPr>
                <w:b/>
                <w:color w:val="FFFFFF"/>
                <w:sz w:val="19"/>
              </w:rPr>
              <w:t>Name / Organization</w:t>
            </w:r>
          </w:p>
        </w:tc>
        <w:tc>
          <w:tcPr>
            <w:tcW w:w="2376" w:type="dxa"/>
            <w:shd w:val="clear" w:color="auto" w:fill="557A43"/>
            <w:tcMar>
              <w:top w:w="70" w:type="dxa"/>
              <w:left w:w="100" w:type="dxa"/>
              <w:bottom w:w="70" w:type="dxa"/>
              <w:right w:w="100" w:type="dxa"/>
            </w:tcMar>
            <w:vAlign w:val="center"/>
          </w:tcPr>
          <w:p w14:paraId="63DC13F4" w14:textId="77777777" w:rsidR="00425E7B" w:rsidRDefault="00000000">
            <w:pPr>
              <w:keepLines/>
              <w:spacing w:after="0"/>
            </w:pPr>
            <w:r>
              <w:rPr>
                <w:b/>
                <w:color w:val="FFFFFF"/>
                <w:sz w:val="19"/>
              </w:rPr>
              <w:t>Association</w:t>
            </w:r>
          </w:p>
        </w:tc>
        <w:tc>
          <w:tcPr>
            <w:tcW w:w="2304" w:type="dxa"/>
            <w:shd w:val="clear" w:color="auto" w:fill="557A43"/>
            <w:tcMar>
              <w:top w:w="70" w:type="dxa"/>
              <w:left w:w="100" w:type="dxa"/>
              <w:bottom w:w="70" w:type="dxa"/>
              <w:right w:w="100" w:type="dxa"/>
            </w:tcMar>
            <w:vAlign w:val="center"/>
          </w:tcPr>
          <w:p w14:paraId="0CF65A7A" w14:textId="77777777" w:rsidR="00425E7B" w:rsidRDefault="00000000">
            <w:pPr>
              <w:keepLines/>
              <w:spacing w:after="0"/>
            </w:pPr>
            <w:r>
              <w:rPr>
                <w:b/>
                <w:color w:val="FFFFFF"/>
                <w:sz w:val="19"/>
              </w:rPr>
              <w:t>Division</w:t>
            </w:r>
          </w:p>
        </w:tc>
      </w:tr>
      <w:tr w:rsidR="00425E7B" w14:paraId="6F583C11" w14:textId="77777777">
        <w:trPr>
          <w:jc w:val="center"/>
        </w:trPr>
        <w:tc>
          <w:tcPr>
            <w:tcW w:w="1728" w:type="dxa"/>
            <w:tcMar>
              <w:top w:w="70" w:type="dxa"/>
              <w:left w:w="100" w:type="dxa"/>
              <w:bottom w:w="70" w:type="dxa"/>
              <w:right w:w="100" w:type="dxa"/>
            </w:tcMar>
            <w:vAlign w:val="center"/>
          </w:tcPr>
          <w:p w14:paraId="439B70A0" w14:textId="77777777" w:rsidR="00425E7B" w:rsidRDefault="00000000">
            <w:pPr>
              <w:keepLines/>
              <w:spacing w:after="0"/>
            </w:pPr>
            <w:r>
              <w:rPr>
                <w:color w:val="333333"/>
                <w:sz w:val="19"/>
              </w:rPr>
              <w:t>January 26</w:t>
            </w:r>
          </w:p>
        </w:tc>
        <w:tc>
          <w:tcPr>
            <w:tcW w:w="3672" w:type="dxa"/>
            <w:tcMar>
              <w:top w:w="70" w:type="dxa"/>
              <w:left w:w="100" w:type="dxa"/>
              <w:bottom w:w="70" w:type="dxa"/>
              <w:right w:w="100" w:type="dxa"/>
            </w:tcMar>
            <w:vAlign w:val="center"/>
          </w:tcPr>
          <w:p w14:paraId="3D3C7FC5" w14:textId="77777777" w:rsidR="00425E7B" w:rsidRDefault="00000000">
            <w:pPr>
              <w:keepLines/>
              <w:spacing w:after="0"/>
            </w:pPr>
            <w:r>
              <w:rPr>
                <w:color w:val="333333"/>
                <w:sz w:val="19"/>
              </w:rPr>
              <w:t>Candice Glass</w:t>
            </w:r>
          </w:p>
        </w:tc>
        <w:tc>
          <w:tcPr>
            <w:tcW w:w="2376" w:type="dxa"/>
            <w:tcMar>
              <w:top w:w="70" w:type="dxa"/>
              <w:left w:w="100" w:type="dxa"/>
              <w:bottom w:w="70" w:type="dxa"/>
              <w:right w:w="100" w:type="dxa"/>
            </w:tcMar>
            <w:vAlign w:val="center"/>
          </w:tcPr>
          <w:p w14:paraId="54FE73A5" w14:textId="77777777" w:rsidR="00425E7B" w:rsidRDefault="00000000">
            <w:pPr>
              <w:keepLines/>
              <w:spacing w:after="0"/>
            </w:pPr>
            <w:r>
              <w:rPr>
                <w:color w:val="333333"/>
                <w:sz w:val="19"/>
              </w:rPr>
              <w:t>Windsor</w:t>
            </w:r>
          </w:p>
        </w:tc>
        <w:tc>
          <w:tcPr>
            <w:tcW w:w="2304" w:type="dxa"/>
            <w:tcMar>
              <w:top w:w="70" w:type="dxa"/>
              <w:left w:w="100" w:type="dxa"/>
              <w:bottom w:w="70" w:type="dxa"/>
              <w:right w:w="100" w:type="dxa"/>
            </w:tcMar>
            <w:vAlign w:val="center"/>
          </w:tcPr>
          <w:p w14:paraId="40A75AEE" w14:textId="77777777" w:rsidR="00425E7B" w:rsidRDefault="00000000">
            <w:pPr>
              <w:keepLines/>
              <w:spacing w:after="0"/>
            </w:pPr>
            <w:r>
              <w:rPr>
                <w:color w:val="333333"/>
                <w:sz w:val="19"/>
              </w:rPr>
              <w:t>U15 I / U15 II</w:t>
            </w:r>
          </w:p>
        </w:tc>
      </w:tr>
      <w:tr w:rsidR="00425E7B" w14:paraId="794B3649" w14:textId="77777777">
        <w:trPr>
          <w:jc w:val="center"/>
        </w:trPr>
        <w:tc>
          <w:tcPr>
            <w:tcW w:w="1728" w:type="dxa"/>
            <w:tcMar>
              <w:top w:w="70" w:type="dxa"/>
              <w:left w:w="100" w:type="dxa"/>
              <w:bottom w:w="70" w:type="dxa"/>
              <w:right w:w="100" w:type="dxa"/>
            </w:tcMar>
            <w:vAlign w:val="center"/>
          </w:tcPr>
          <w:p w14:paraId="27054FB0" w14:textId="77777777" w:rsidR="00425E7B" w:rsidRDefault="00000000">
            <w:pPr>
              <w:keepLines/>
              <w:spacing w:after="0"/>
            </w:pPr>
            <w:r>
              <w:rPr>
                <w:color w:val="333333"/>
                <w:sz w:val="19"/>
              </w:rPr>
              <w:t>January 27</w:t>
            </w:r>
          </w:p>
        </w:tc>
        <w:tc>
          <w:tcPr>
            <w:tcW w:w="3672" w:type="dxa"/>
            <w:tcMar>
              <w:top w:w="70" w:type="dxa"/>
              <w:left w:w="100" w:type="dxa"/>
              <w:bottom w:w="70" w:type="dxa"/>
              <w:right w:w="100" w:type="dxa"/>
            </w:tcMar>
            <w:vAlign w:val="center"/>
          </w:tcPr>
          <w:p w14:paraId="11CEE1FD" w14:textId="77777777" w:rsidR="00425E7B" w:rsidRDefault="00000000">
            <w:pPr>
              <w:keepLines/>
              <w:spacing w:after="0"/>
            </w:pPr>
            <w:r>
              <w:rPr>
                <w:color w:val="333333"/>
                <w:sz w:val="19"/>
              </w:rPr>
              <w:t>Travis Martin</w:t>
            </w:r>
          </w:p>
        </w:tc>
        <w:tc>
          <w:tcPr>
            <w:tcW w:w="2376" w:type="dxa"/>
            <w:tcMar>
              <w:top w:w="70" w:type="dxa"/>
              <w:left w:w="100" w:type="dxa"/>
              <w:bottom w:w="70" w:type="dxa"/>
              <w:right w:w="100" w:type="dxa"/>
            </w:tcMar>
            <w:vAlign w:val="center"/>
          </w:tcPr>
          <w:p w14:paraId="48C07296" w14:textId="77777777" w:rsidR="00425E7B" w:rsidRDefault="00000000">
            <w:pPr>
              <w:keepLines/>
              <w:spacing w:after="0"/>
            </w:pPr>
            <w:r>
              <w:rPr>
                <w:color w:val="333333"/>
                <w:sz w:val="19"/>
              </w:rPr>
              <w:t>Elmira</w:t>
            </w:r>
          </w:p>
        </w:tc>
        <w:tc>
          <w:tcPr>
            <w:tcW w:w="2304" w:type="dxa"/>
            <w:tcMar>
              <w:top w:w="70" w:type="dxa"/>
              <w:left w:w="100" w:type="dxa"/>
              <w:bottom w:w="70" w:type="dxa"/>
              <w:right w:w="100" w:type="dxa"/>
            </w:tcMar>
            <w:vAlign w:val="center"/>
          </w:tcPr>
          <w:p w14:paraId="19F8CFDE" w14:textId="77777777" w:rsidR="00425E7B" w:rsidRDefault="00000000">
            <w:pPr>
              <w:keepLines/>
              <w:spacing w:after="0"/>
            </w:pPr>
            <w:r>
              <w:rPr>
                <w:color w:val="333333"/>
                <w:sz w:val="19"/>
              </w:rPr>
              <w:t>U9/U11</w:t>
            </w:r>
          </w:p>
        </w:tc>
      </w:tr>
    </w:tbl>
    <w:p w14:paraId="556E8907" w14:textId="77777777" w:rsidR="00425E7B" w:rsidRDefault="00425E7B">
      <w:pPr>
        <w:spacing w:before="20" w:after="20"/>
      </w:pPr>
    </w:p>
    <w:p w14:paraId="0C8BAAC9" w14:textId="77777777" w:rsidR="00425E7B" w:rsidRDefault="00000000">
      <w:pPr>
        <w:spacing w:before="140" w:after="80"/>
      </w:pPr>
      <w:r>
        <w:rPr>
          <w:rFonts w:ascii="Aptos Display" w:hAnsi="Aptos Display"/>
          <w:b/>
          <w:color w:val="557A43"/>
          <w:sz w:val="25"/>
        </w:rPr>
        <w:t>NOT IN GOOD STANDING</w:t>
      </w:r>
    </w:p>
    <w:p w14:paraId="6523A14E" w14:textId="77777777" w:rsidR="00425E7B" w:rsidRDefault="00000000">
      <w:pPr>
        <w:spacing w:before="120" w:after="60"/>
      </w:pPr>
      <w:r>
        <w:rPr>
          <w:rFonts w:ascii="Aptos Display" w:hAnsi="Aptos Display"/>
          <w:b/>
          <w:color w:val="557A43"/>
          <w:sz w:val="23"/>
        </w:rPr>
        <w:t>Provincial Women’s Softball Association (not in good standing)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440"/>
        <w:gridCol w:w="8640"/>
      </w:tblGrid>
      <w:tr w:rsidR="00425E7B" w14:paraId="2888ECC1" w14:textId="77777777">
        <w:trPr>
          <w:tblHeader/>
          <w:jc w:val="center"/>
        </w:trPr>
        <w:tc>
          <w:tcPr>
            <w:tcW w:w="1440" w:type="dxa"/>
            <w:shd w:val="clear" w:color="auto" w:fill="557A43"/>
            <w:tcMar>
              <w:top w:w="70" w:type="dxa"/>
              <w:left w:w="100" w:type="dxa"/>
              <w:bottom w:w="70" w:type="dxa"/>
              <w:right w:w="100" w:type="dxa"/>
            </w:tcMar>
            <w:vAlign w:val="center"/>
          </w:tcPr>
          <w:p w14:paraId="22F027B2" w14:textId="77777777" w:rsidR="00425E7B" w:rsidRDefault="00000000">
            <w:pPr>
              <w:keepLines/>
              <w:spacing w:after="0"/>
            </w:pPr>
            <w:r>
              <w:rPr>
                <w:b/>
                <w:color w:val="FFFFFF"/>
                <w:sz w:val="19"/>
              </w:rPr>
              <w:t>Year</w:t>
            </w:r>
          </w:p>
        </w:tc>
        <w:tc>
          <w:tcPr>
            <w:tcW w:w="8640" w:type="dxa"/>
            <w:shd w:val="clear" w:color="auto" w:fill="557A43"/>
            <w:tcMar>
              <w:top w:w="70" w:type="dxa"/>
              <w:left w:w="100" w:type="dxa"/>
              <w:bottom w:w="70" w:type="dxa"/>
              <w:right w:w="100" w:type="dxa"/>
            </w:tcMar>
            <w:vAlign w:val="center"/>
          </w:tcPr>
          <w:p w14:paraId="722FA2E4" w14:textId="77777777" w:rsidR="00425E7B" w:rsidRDefault="00000000">
            <w:pPr>
              <w:keepLines/>
              <w:spacing w:after="0"/>
            </w:pPr>
            <w:r>
              <w:rPr>
                <w:b/>
                <w:color w:val="FFFFFF"/>
                <w:sz w:val="19"/>
              </w:rPr>
              <w:t>Name / Organization</w:t>
            </w:r>
          </w:p>
        </w:tc>
      </w:tr>
      <w:tr w:rsidR="00425E7B" w14:paraId="74117CF3" w14:textId="77777777">
        <w:trPr>
          <w:jc w:val="center"/>
        </w:trPr>
        <w:tc>
          <w:tcPr>
            <w:tcW w:w="1440" w:type="dxa"/>
            <w:tcMar>
              <w:top w:w="70" w:type="dxa"/>
              <w:left w:w="100" w:type="dxa"/>
              <w:bottom w:w="70" w:type="dxa"/>
              <w:right w:w="100" w:type="dxa"/>
            </w:tcMar>
            <w:vAlign w:val="center"/>
          </w:tcPr>
          <w:p w14:paraId="27EF7F8E" w14:textId="77777777" w:rsidR="00425E7B" w:rsidRDefault="00000000">
            <w:pPr>
              <w:keepLines/>
              <w:spacing w:after="0"/>
            </w:pPr>
            <w:r>
              <w:rPr>
                <w:color w:val="333333"/>
                <w:sz w:val="19"/>
              </w:rPr>
              <w:t>2015</w:t>
            </w:r>
          </w:p>
        </w:tc>
        <w:tc>
          <w:tcPr>
            <w:tcW w:w="8640" w:type="dxa"/>
            <w:tcMar>
              <w:top w:w="70" w:type="dxa"/>
              <w:left w:w="100" w:type="dxa"/>
              <w:bottom w:w="70" w:type="dxa"/>
              <w:right w:w="100" w:type="dxa"/>
            </w:tcMar>
            <w:vAlign w:val="center"/>
          </w:tcPr>
          <w:p w14:paraId="29FD4374" w14:textId="77777777" w:rsidR="00425E7B" w:rsidRDefault="00000000">
            <w:pPr>
              <w:keepLines/>
              <w:spacing w:after="0"/>
            </w:pPr>
            <w:r>
              <w:rPr>
                <w:color w:val="333333"/>
                <w:sz w:val="19"/>
              </w:rPr>
              <w:t>Toronto Titans</w:t>
            </w:r>
          </w:p>
        </w:tc>
      </w:tr>
      <w:tr w:rsidR="00425E7B" w14:paraId="749616E3" w14:textId="77777777">
        <w:trPr>
          <w:jc w:val="center"/>
        </w:trPr>
        <w:tc>
          <w:tcPr>
            <w:tcW w:w="1440" w:type="dxa"/>
            <w:tcMar>
              <w:top w:w="70" w:type="dxa"/>
              <w:left w:w="100" w:type="dxa"/>
              <w:bottom w:w="70" w:type="dxa"/>
              <w:right w:w="100" w:type="dxa"/>
            </w:tcMar>
            <w:vAlign w:val="center"/>
          </w:tcPr>
          <w:p w14:paraId="5DF35EE0" w14:textId="77777777" w:rsidR="00425E7B" w:rsidRDefault="00000000">
            <w:pPr>
              <w:keepLines/>
              <w:spacing w:after="0"/>
            </w:pPr>
            <w:r>
              <w:rPr>
                <w:color w:val="333333"/>
                <w:sz w:val="19"/>
              </w:rPr>
              <w:t>2015</w:t>
            </w:r>
          </w:p>
        </w:tc>
        <w:tc>
          <w:tcPr>
            <w:tcW w:w="8640" w:type="dxa"/>
            <w:tcMar>
              <w:top w:w="70" w:type="dxa"/>
              <w:left w:w="100" w:type="dxa"/>
              <w:bottom w:w="70" w:type="dxa"/>
              <w:right w:w="100" w:type="dxa"/>
            </w:tcMar>
            <w:vAlign w:val="center"/>
          </w:tcPr>
          <w:p w14:paraId="5C8BA717" w14:textId="77777777" w:rsidR="00425E7B" w:rsidRDefault="00000000">
            <w:pPr>
              <w:keepLines/>
              <w:spacing w:after="0"/>
            </w:pPr>
            <w:r>
              <w:rPr>
                <w:color w:val="333333"/>
                <w:sz w:val="19"/>
              </w:rPr>
              <w:t>Derek &amp; Shelley Whitteker</w:t>
            </w:r>
          </w:p>
        </w:tc>
      </w:tr>
      <w:tr w:rsidR="00425E7B" w14:paraId="4F8B8538" w14:textId="77777777">
        <w:trPr>
          <w:jc w:val="center"/>
        </w:trPr>
        <w:tc>
          <w:tcPr>
            <w:tcW w:w="1440" w:type="dxa"/>
            <w:tcMar>
              <w:top w:w="70" w:type="dxa"/>
              <w:left w:w="100" w:type="dxa"/>
              <w:bottom w:w="70" w:type="dxa"/>
              <w:right w:w="100" w:type="dxa"/>
            </w:tcMar>
            <w:vAlign w:val="center"/>
          </w:tcPr>
          <w:p w14:paraId="3CF8F422" w14:textId="77777777" w:rsidR="00425E7B" w:rsidRDefault="00000000">
            <w:pPr>
              <w:keepLines/>
              <w:spacing w:after="0"/>
            </w:pPr>
            <w:r>
              <w:rPr>
                <w:color w:val="333333"/>
                <w:sz w:val="19"/>
              </w:rPr>
              <w:t>2018</w:t>
            </w:r>
          </w:p>
        </w:tc>
        <w:tc>
          <w:tcPr>
            <w:tcW w:w="8640" w:type="dxa"/>
            <w:tcMar>
              <w:top w:w="70" w:type="dxa"/>
              <w:left w:w="100" w:type="dxa"/>
              <w:bottom w:w="70" w:type="dxa"/>
              <w:right w:w="100" w:type="dxa"/>
            </w:tcMar>
            <w:vAlign w:val="center"/>
          </w:tcPr>
          <w:p w14:paraId="35BA84F5" w14:textId="77777777" w:rsidR="00425E7B" w:rsidRDefault="00000000">
            <w:pPr>
              <w:keepLines/>
              <w:spacing w:after="0"/>
            </w:pPr>
            <w:r>
              <w:rPr>
                <w:color w:val="333333"/>
                <w:sz w:val="19"/>
              </w:rPr>
              <w:t>Tiffany Snell</w:t>
            </w:r>
          </w:p>
        </w:tc>
      </w:tr>
      <w:tr w:rsidR="00425E7B" w14:paraId="123524D6" w14:textId="77777777">
        <w:trPr>
          <w:jc w:val="center"/>
        </w:trPr>
        <w:tc>
          <w:tcPr>
            <w:tcW w:w="1440" w:type="dxa"/>
            <w:tcMar>
              <w:top w:w="70" w:type="dxa"/>
              <w:left w:w="100" w:type="dxa"/>
              <w:bottom w:w="70" w:type="dxa"/>
              <w:right w:w="100" w:type="dxa"/>
            </w:tcMar>
            <w:vAlign w:val="center"/>
          </w:tcPr>
          <w:p w14:paraId="3682837F" w14:textId="77777777" w:rsidR="00425E7B" w:rsidRDefault="00000000">
            <w:pPr>
              <w:keepLines/>
              <w:spacing w:after="0"/>
            </w:pPr>
            <w:r>
              <w:rPr>
                <w:color w:val="333333"/>
                <w:sz w:val="19"/>
              </w:rPr>
              <w:t>2025</w:t>
            </w:r>
          </w:p>
        </w:tc>
        <w:tc>
          <w:tcPr>
            <w:tcW w:w="8640" w:type="dxa"/>
            <w:tcMar>
              <w:top w:w="70" w:type="dxa"/>
              <w:left w:w="100" w:type="dxa"/>
              <w:bottom w:w="70" w:type="dxa"/>
              <w:right w:w="100" w:type="dxa"/>
            </w:tcMar>
            <w:vAlign w:val="center"/>
          </w:tcPr>
          <w:p w14:paraId="47FB63EC" w14:textId="77777777" w:rsidR="00425E7B" w:rsidRDefault="00000000">
            <w:pPr>
              <w:keepLines/>
              <w:spacing w:after="0"/>
            </w:pPr>
            <w:r>
              <w:rPr>
                <w:color w:val="333333"/>
                <w:sz w:val="19"/>
              </w:rPr>
              <w:t>Adam Doucette</w:t>
            </w:r>
          </w:p>
        </w:tc>
      </w:tr>
      <w:tr w:rsidR="00425E7B" w14:paraId="5802421C" w14:textId="77777777">
        <w:trPr>
          <w:jc w:val="center"/>
        </w:trPr>
        <w:tc>
          <w:tcPr>
            <w:tcW w:w="1440" w:type="dxa"/>
            <w:tcMar>
              <w:top w:w="70" w:type="dxa"/>
              <w:left w:w="100" w:type="dxa"/>
              <w:bottom w:w="70" w:type="dxa"/>
              <w:right w:w="100" w:type="dxa"/>
            </w:tcMar>
            <w:vAlign w:val="center"/>
          </w:tcPr>
          <w:p w14:paraId="1BD2DFE4" w14:textId="77777777" w:rsidR="00425E7B" w:rsidRDefault="00000000">
            <w:pPr>
              <w:keepLines/>
              <w:spacing w:after="0"/>
            </w:pPr>
            <w:r>
              <w:rPr>
                <w:color w:val="333333"/>
                <w:sz w:val="19"/>
              </w:rPr>
              <w:t>2026</w:t>
            </w:r>
          </w:p>
        </w:tc>
        <w:tc>
          <w:tcPr>
            <w:tcW w:w="8640" w:type="dxa"/>
            <w:tcMar>
              <w:top w:w="70" w:type="dxa"/>
              <w:left w:w="100" w:type="dxa"/>
              <w:bottom w:w="70" w:type="dxa"/>
              <w:right w:w="100" w:type="dxa"/>
            </w:tcMar>
            <w:vAlign w:val="center"/>
          </w:tcPr>
          <w:p w14:paraId="03E3DF82" w14:textId="77777777" w:rsidR="00425E7B" w:rsidRDefault="00000000">
            <w:pPr>
              <w:keepLines/>
              <w:spacing w:after="0"/>
            </w:pPr>
            <w:r>
              <w:rPr>
                <w:color w:val="333333"/>
                <w:sz w:val="19"/>
              </w:rPr>
              <w:t>Northern Force</w:t>
            </w:r>
          </w:p>
        </w:tc>
      </w:tr>
    </w:tbl>
    <w:p w14:paraId="69AF1BBD" w14:textId="77777777" w:rsidR="00425E7B" w:rsidRDefault="00425E7B">
      <w:pPr>
        <w:spacing w:before="20" w:after="20"/>
      </w:pPr>
    </w:p>
    <w:p w14:paraId="7DC80D41" w14:textId="77777777" w:rsidR="00425E7B" w:rsidRDefault="00000000">
      <w:pPr>
        <w:spacing w:before="120" w:after="60"/>
      </w:pPr>
      <w:r>
        <w:rPr>
          <w:rFonts w:ascii="Aptos Display" w:hAnsi="Aptos Display"/>
          <w:b/>
          <w:color w:val="557A43"/>
          <w:sz w:val="23"/>
        </w:rPr>
        <w:t>Softball Ontario (not in good standing)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440"/>
        <w:gridCol w:w="8640"/>
      </w:tblGrid>
      <w:tr w:rsidR="00425E7B" w14:paraId="5FBA451A" w14:textId="77777777">
        <w:trPr>
          <w:tblHeader/>
          <w:jc w:val="center"/>
        </w:trPr>
        <w:tc>
          <w:tcPr>
            <w:tcW w:w="1440" w:type="dxa"/>
            <w:shd w:val="clear" w:color="auto" w:fill="557A43"/>
            <w:tcMar>
              <w:top w:w="70" w:type="dxa"/>
              <w:left w:w="100" w:type="dxa"/>
              <w:bottom w:w="70" w:type="dxa"/>
              <w:right w:w="100" w:type="dxa"/>
            </w:tcMar>
            <w:vAlign w:val="center"/>
          </w:tcPr>
          <w:p w14:paraId="7EB17085" w14:textId="77777777" w:rsidR="00425E7B" w:rsidRDefault="00000000">
            <w:pPr>
              <w:keepLines/>
              <w:spacing w:after="0"/>
            </w:pPr>
            <w:r>
              <w:rPr>
                <w:b/>
                <w:color w:val="FFFFFF"/>
                <w:sz w:val="19"/>
              </w:rPr>
              <w:t>Year</w:t>
            </w:r>
          </w:p>
        </w:tc>
        <w:tc>
          <w:tcPr>
            <w:tcW w:w="8640" w:type="dxa"/>
            <w:shd w:val="clear" w:color="auto" w:fill="557A43"/>
            <w:tcMar>
              <w:top w:w="70" w:type="dxa"/>
              <w:left w:w="100" w:type="dxa"/>
              <w:bottom w:w="70" w:type="dxa"/>
              <w:right w:w="100" w:type="dxa"/>
            </w:tcMar>
            <w:vAlign w:val="center"/>
          </w:tcPr>
          <w:p w14:paraId="78368C88" w14:textId="77777777" w:rsidR="00425E7B" w:rsidRDefault="00000000">
            <w:pPr>
              <w:keepLines/>
              <w:spacing w:after="0"/>
            </w:pPr>
            <w:r>
              <w:rPr>
                <w:b/>
                <w:color w:val="FFFFFF"/>
                <w:sz w:val="19"/>
              </w:rPr>
              <w:t>Name / Organization</w:t>
            </w:r>
          </w:p>
        </w:tc>
      </w:tr>
      <w:tr w:rsidR="00425E7B" w14:paraId="049C0DD1" w14:textId="77777777">
        <w:trPr>
          <w:jc w:val="center"/>
        </w:trPr>
        <w:tc>
          <w:tcPr>
            <w:tcW w:w="1440" w:type="dxa"/>
            <w:tcMar>
              <w:top w:w="70" w:type="dxa"/>
              <w:left w:w="100" w:type="dxa"/>
              <w:bottom w:w="70" w:type="dxa"/>
              <w:right w:w="100" w:type="dxa"/>
            </w:tcMar>
            <w:vAlign w:val="center"/>
          </w:tcPr>
          <w:p w14:paraId="07F9CE7D" w14:textId="77777777" w:rsidR="00425E7B" w:rsidRDefault="00000000">
            <w:pPr>
              <w:keepLines/>
              <w:spacing w:after="0"/>
            </w:pPr>
            <w:r>
              <w:rPr>
                <w:color w:val="333333"/>
                <w:sz w:val="19"/>
              </w:rPr>
              <w:t>2004</w:t>
            </w:r>
          </w:p>
        </w:tc>
        <w:tc>
          <w:tcPr>
            <w:tcW w:w="8640" w:type="dxa"/>
            <w:tcMar>
              <w:top w:w="70" w:type="dxa"/>
              <w:left w:w="100" w:type="dxa"/>
              <w:bottom w:w="70" w:type="dxa"/>
              <w:right w:w="100" w:type="dxa"/>
            </w:tcMar>
            <w:vAlign w:val="center"/>
          </w:tcPr>
          <w:p w14:paraId="1573554C" w14:textId="77777777" w:rsidR="00425E7B" w:rsidRDefault="00000000">
            <w:pPr>
              <w:keepLines/>
              <w:spacing w:after="0"/>
            </w:pPr>
            <w:r>
              <w:rPr>
                <w:color w:val="333333"/>
                <w:sz w:val="19"/>
              </w:rPr>
              <w:t>Mike Bennett - Thornhill</w:t>
            </w:r>
          </w:p>
        </w:tc>
      </w:tr>
    </w:tbl>
    <w:p w14:paraId="71CAD028" w14:textId="77777777" w:rsidR="00425E7B" w:rsidRDefault="00425E7B">
      <w:pPr>
        <w:spacing w:before="20" w:after="20"/>
      </w:pPr>
    </w:p>
    <w:p w14:paraId="0CA08871" w14:textId="77777777" w:rsidR="00425E7B" w:rsidRDefault="00000000">
      <w:pPr>
        <w:spacing w:before="120" w:after="60"/>
      </w:pPr>
      <w:r>
        <w:rPr>
          <w:rFonts w:ascii="Aptos Display" w:hAnsi="Aptos Display"/>
          <w:b/>
          <w:color w:val="557A43"/>
          <w:sz w:val="23"/>
        </w:rPr>
        <w:t>Softball Canada (not in good standing)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440"/>
        <w:gridCol w:w="8640"/>
      </w:tblGrid>
      <w:tr w:rsidR="00425E7B" w14:paraId="5302FE21" w14:textId="77777777">
        <w:trPr>
          <w:tblHeader/>
          <w:jc w:val="center"/>
        </w:trPr>
        <w:tc>
          <w:tcPr>
            <w:tcW w:w="1440" w:type="dxa"/>
            <w:shd w:val="clear" w:color="auto" w:fill="557A43"/>
            <w:tcMar>
              <w:top w:w="70" w:type="dxa"/>
              <w:left w:w="100" w:type="dxa"/>
              <w:bottom w:w="70" w:type="dxa"/>
              <w:right w:w="100" w:type="dxa"/>
            </w:tcMar>
            <w:vAlign w:val="center"/>
          </w:tcPr>
          <w:p w14:paraId="059F1EE9" w14:textId="77777777" w:rsidR="00425E7B" w:rsidRDefault="00000000">
            <w:pPr>
              <w:keepLines/>
              <w:spacing w:after="0"/>
            </w:pPr>
            <w:r>
              <w:rPr>
                <w:b/>
                <w:color w:val="FFFFFF"/>
                <w:sz w:val="19"/>
              </w:rPr>
              <w:t>Year</w:t>
            </w:r>
          </w:p>
        </w:tc>
        <w:tc>
          <w:tcPr>
            <w:tcW w:w="8640" w:type="dxa"/>
            <w:shd w:val="clear" w:color="auto" w:fill="557A43"/>
            <w:tcMar>
              <w:top w:w="70" w:type="dxa"/>
              <w:left w:w="100" w:type="dxa"/>
              <w:bottom w:w="70" w:type="dxa"/>
              <w:right w:w="100" w:type="dxa"/>
            </w:tcMar>
            <w:vAlign w:val="center"/>
          </w:tcPr>
          <w:p w14:paraId="44718B8A" w14:textId="77777777" w:rsidR="00425E7B" w:rsidRDefault="00000000">
            <w:pPr>
              <w:keepLines/>
              <w:spacing w:after="0"/>
            </w:pPr>
            <w:r>
              <w:rPr>
                <w:b/>
                <w:color w:val="FFFFFF"/>
                <w:sz w:val="19"/>
              </w:rPr>
              <w:t>Name / Organization</w:t>
            </w:r>
          </w:p>
        </w:tc>
      </w:tr>
      <w:tr w:rsidR="00425E7B" w14:paraId="38BCEE8A" w14:textId="77777777">
        <w:trPr>
          <w:jc w:val="center"/>
        </w:trPr>
        <w:tc>
          <w:tcPr>
            <w:tcW w:w="1440" w:type="dxa"/>
            <w:tcMar>
              <w:top w:w="70" w:type="dxa"/>
              <w:left w:w="100" w:type="dxa"/>
              <w:bottom w:w="70" w:type="dxa"/>
              <w:right w:w="100" w:type="dxa"/>
            </w:tcMar>
            <w:vAlign w:val="center"/>
          </w:tcPr>
          <w:p w14:paraId="34DC1F64" w14:textId="77777777" w:rsidR="00425E7B" w:rsidRDefault="00000000">
            <w:pPr>
              <w:keepLines/>
              <w:spacing w:after="0"/>
            </w:pPr>
            <w:r>
              <w:rPr>
                <w:color w:val="333333"/>
                <w:sz w:val="19"/>
              </w:rPr>
              <w:t>2007</w:t>
            </w:r>
          </w:p>
        </w:tc>
        <w:tc>
          <w:tcPr>
            <w:tcW w:w="8640" w:type="dxa"/>
            <w:tcMar>
              <w:top w:w="70" w:type="dxa"/>
              <w:left w:w="100" w:type="dxa"/>
              <w:bottom w:w="70" w:type="dxa"/>
              <w:right w:w="100" w:type="dxa"/>
            </w:tcMar>
            <w:vAlign w:val="center"/>
          </w:tcPr>
          <w:p w14:paraId="7BAD0C47" w14:textId="77777777" w:rsidR="00425E7B" w:rsidRDefault="00000000">
            <w:pPr>
              <w:keepLines/>
              <w:spacing w:after="0"/>
            </w:pPr>
            <w:r>
              <w:rPr>
                <w:color w:val="333333"/>
                <w:sz w:val="19"/>
              </w:rPr>
              <w:t>Corey Sparling</w:t>
            </w:r>
          </w:p>
        </w:tc>
      </w:tr>
    </w:tbl>
    <w:p w14:paraId="59AC7B3D" w14:textId="77777777" w:rsidR="00425E7B" w:rsidRDefault="00425E7B">
      <w:pPr>
        <w:spacing w:before="20" w:after="20"/>
      </w:pPr>
    </w:p>
    <w:sectPr w:rsidR="00425E7B" w:rsidSect="00034616">
      <w:headerReference w:type="default" r:id="rId8"/>
      <w:pgSz w:w="12240" w:h="15840"/>
      <w:pgMar w:top="720"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B4DDCD" w14:textId="77777777" w:rsidR="003506F2" w:rsidRDefault="003506F2">
      <w:pPr>
        <w:spacing w:after="0" w:line="240" w:lineRule="auto"/>
      </w:pPr>
      <w:r>
        <w:separator/>
      </w:r>
    </w:p>
  </w:endnote>
  <w:endnote w:type="continuationSeparator" w:id="0">
    <w:p w14:paraId="5E422F10" w14:textId="77777777" w:rsidR="003506F2" w:rsidRDefault="00350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60F6A6" w14:textId="77777777" w:rsidR="003506F2" w:rsidRDefault="003506F2">
      <w:pPr>
        <w:spacing w:after="0" w:line="240" w:lineRule="auto"/>
      </w:pPr>
      <w:r>
        <w:separator/>
      </w:r>
    </w:p>
  </w:footnote>
  <w:footnote w:type="continuationSeparator" w:id="0">
    <w:p w14:paraId="17DD56B8" w14:textId="77777777" w:rsidR="003506F2" w:rsidRDefault="00350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B25EE" w14:textId="7D31B083" w:rsidR="00967135" w:rsidRDefault="003506F2">
    <w:pPr>
      <w:pStyle w:val="Header"/>
    </w:pPr>
    <w:r>
      <w:rPr>
        <w:noProof/>
      </w:rPr>
      <w:object w:dxaOrig="1440" w:dyaOrig="1440" w14:anchorId="7CC0A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8.8pt;margin-top:-34.5pt;width:53pt;height:57.55pt;z-index:251661312;visibility:visible;mso-wrap-edited:f;mso-width-percent:0;mso-height-percent:0;mso-position-horizontal-relative:text;mso-position-vertical-relative:text;mso-width-percent:0;mso-height-percent:0" wrapcoords="10468 460 7311 5362 2160 6128 1329 6434 2825 10264 2492 12715 1163 15166 332 17004 997 17464 7809 17617 9138 20068 10135 21447 10302 21447 11631 21447 11797 21447 12794 20068 16615 17617 21102 17311 21434 17004 20603 15166 19274 12715 19108 10264 20603 6587 19938 6281 14622 5362 11465 460 10468 460">
          <v:imagedata r:id="rId1" o:title=""/>
          <w10:wrap type="through"/>
        </v:shape>
        <o:OLEObject Type="Embed" ProgID="Word.Picture.8" ShapeID="_x0000_s1025" DrawAspect="Content" ObjectID="_1851353365" r:id="rId2"/>
      </w:object>
    </w:r>
    <w:r w:rsidR="00967135">
      <w:rPr>
        <w:noProof/>
      </w:rPr>
      <mc:AlternateContent>
        <mc:Choice Requires="wps">
          <w:drawing>
            <wp:anchor distT="0" distB="0" distL="114300" distR="114300" simplePos="0" relativeHeight="251659264" behindDoc="0" locked="0" layoutInCell="1" allowOverlap="1" wp14:anchorId="408AD887" wp14:editId="53BC5FD4">
              <wp:simplePos x="0" y="0"/>
              <wp:positionH relativeFrom="page">
                <wp:align>center</wp:align>
              </wp:positionH>
              <mc:AlternateContent>
                <mc:Choice Requires="wp14">
                  <wp:positionV relativeFrom="page">
                    <wp14:pctPosVOffset>3000</wp14:pctPosVOffset>
                  </wp:positionV>
                </mc:Choice>
                <mc:Fallback>
                  <wp:positionV relativeFrom="page">
                    <wp:posOffset>301625</wp:posOffset>
                  </wp:positionV>
                </mc:Fallback>
              </mc:AlternateContent>
              <wp:extent cx="914400" cy="283464"/>
              <wp:effectExtent l="0" t="0" r="1270" b="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ptos Display" w:hAnsi="Aptos Display"/>
                              <w:b/>
                              <w:color w:val="000000" w:themeColor="text1"/>
                              <w:sz w:val="34"/>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75483674" w14:textId="37834686" w:rsidR="00967135" w:rsidRPr="00967135" w:rsidRDefault="00967135">
                              <w:pPr>
                                <w:pStyle w:val="NoSpacing"/>
                                <w:jc w:val="center"/>
                                <w:rPr>
                                  <w:b/>
                                  <w:caps/>
                                  <w:color w:val="000000" w:themeColor="text1"/>
                                  <w:spacing w:val="20"/>
                                  <w:sz w:val="28"/>
                                  <w:szCs w:val="28"/>
                                </w:rPr>
                              </w:pPr>
                              <w:r w:rsidRPr="00967135">
                                <w:rPr>
                                  <w:rFonts w:ascii="Aptos Display" w:hAnsi="Aptos Display"/>
                                  <w:b/>
                                  <w:color w:val="000000" w:themeColor="text1"/>
                                  <w:sz w:val="34"/>
                                </w:rPr>
                                <w:t>PWSA SUSPENSION REPORT - PUBLIC</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408AD887"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" fillcolor="#9bbb59 [3206]" stroked="f" strokeweight="2pt">
              <v:textbox inset=",0,,0">
                <w:txbxContent>
                  <w:sdt>
                    <w:sdtPr>
                      <w:rPr>
                        <w:rFonts w:ascii="Aptos Display" w:hAnsi="Aptos Display"/>
                        <w:b/>
                        <w:color w:val="000000" w:themeColor="text1"/>
                        <w:sz w:val="34"/>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75483674" w14:textId="37834686" w:rsidR="00967135" w:rsidRPr="00967135" w:rsidRDefault="00967135">
                        <w:pPr>
                          <w:pStyle w:val="NoSpacing"/>
                          <w:jc w:val="center"/>
                          <w:rPr>
                            <w:b/>
                            <w:caps/>
                            <w:color w:val="000000" w:themeColor="text1"/>
                            <w:spacing w:val="20"/>
                            <w:sz w:val="28"/>
                            <w:szCs w:val="28"/>
                          </w:rPr>
                        </w:pPr>
                        <w:r w:rsidRPr="00967135">
                          <w:rPr>
                            <w:rFonts w:ascii="Aptos Display" w:hAnsi="Aptos Display"/>
                            <w:b/>
                            <w:color w:val="000000" w:themeColor="text1"/>
                            <w:sz w:val="34"/>
                          </w:rPr>
                          <w:t>PWSA SUSPENSION REPORT - PUBLIC</w:t>
                        </w:r>
                      </w:p>
                    </w:sdtContent>
                  </w:sdt>
                </w:txbxContent>
              </v:textbox>
              <w10:wrap anchorx="page" anchory="page"/>
            </v:rect>
          </w:pict>
        </mc:Fallback>
      </mc:AlternateContent>
    </w:r>
  </w:p>
  <w:p w14:paraId="348654D5" w14:textId="218670B2" w:rsidR="00425E7B" w:rsidRDefault="00425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6410529">
    <w:abstractNumId w:val="8"/>
  </w:num>
  <w:num w:numId="2" w16cid:durableId="1688756346">
    <w:abstractNumId w:val="6"/>
  </w:num>
  <w:num w:numId="3" w16cid:durableId="942953026">
    <w:abstractNumId w:val="5"/>
  </w:num>
  <w:num w:numId="4" w16cid:durableId="403534086">
    <w:abstractNumId w:val="4"/>
  </w:num>
  <w:num w:numId="5" w16cid:durableId="1295065095">
    <w:abstractNumId w:val="7"/>
  </w:num>
  <w:num w:numId="6" w16cid:durableId="672031538">
    <w:abstractNumId w:val="3"/>
  </w:num>
  <w:num w:numId="7" w16cid:durableId="1921406868">
    <w:abstractNumId w:val="2"/>
  </w:num>
  <w:num w:numId="8" w16cid:durableId="1866409470">
    <w:abstractNumId w:val="1"/>
  </w:num>
  <w:num w:numId="9" w16cid:durableId="859391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8AC"/>
    <w:rsid w:val="0015074B"/>
    <w:rsid w:val="001A616F"/>
    <w:rsid w:val="0029639D"/>
    <w:rsid w:val="00326F90"/>
    <w:rsid w:val="003506F2"/>
    <w:rsid w:val="00425E7B"/>
    <w:rsid w:val="007D38C1"/>
    <w:rsid w:val="009423D2"/>
    <w:rsid w:val="00967135"/>
    <w:rsid w:val="00AA1D8D"/>
    <w:rsid w:val="00B47730"/>
    <w:rsid w:val="00BF5A63"/>
    <w:rsid w:val="00CA2E9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C89662"/>
  <w14:defaultImageDpi w14:val="300"/>
  <w15:docId w15:val="{088DBD5B-A7AD-9E47-96E4-31B2CFB9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123</Words>
  <Characters>675</Characters>
  <Application>Microsoft Office Word</Application>
  <DocSecurity>0</DocSecurity>
  <Lines>67</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PWSA SUSPENSION REPORT - PUBLIC</dc:title>
  <dc:subject/>
  <dc:creator>python-docx</dc:creator>
  <cp:keywords/>
  <dc:description>generated by python-docx</dc:description>
  <cp:lastModifiedBy>Janet Gray-Baker</cp:lastModifiedBy>
  <cp:revision>5</cp:revision>
  <dcterms:created xsi:type="dcterms:W3CDTF">2026-09-19T00:20:00Z</dcterms:created>
  <dcterms:modified xsi:type="dcterms:W3CDTF">2026-09-20T00:03:00Z</dcterms:modified>
  <cp:category/>
</cp:coreProperties>
</file>